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b/>
          <w:sz w:val="48"/>
        </w:rPr>
        <w:t>SHAHEEN WATERPROOFING SERVICES</w:t>
      </w:r>
    </w:p>
    <w:p>
      <w:pPr>
        <w:jc w:val="center"/>
      </w:pPr>
      <w:r>
        <w:rPr>
          <w:b/>
          <w:sz w:val="28"/>
        </w:rPr>
        <w:t>Professional Waterproofing &amp; Heat Proofing Solutions</w:t>
      </w:r>
    </w:p>
    <w:p>
      <w:r>
        <w:t>Protecting homes, commercial buildings, warehouses and industrial properties from water leakage, seepage and excessive heat since 2004.</w:t>
      </w:r>
    </w:p>
    <w:p>
      <w:r>
        <w:t>Minimum 5-year warranty on offered services • Quality chemical products • Experienced workmanship • Services across Pakistan</w:t>
      </w:r>
    </w:p>
    <w:p>
      <w:pPr>
        <w:pStyle w:val="Heading1"/>
      </w:pPr>
      <w:r>
        <w:t>OUR SERVICES</w:t>
      </w:r>
    </w:p>
    <w:p>
      <w:r>
        <w:rPr>
          <w:b/>
          <w:sz w:val="22"/>
        </w:rPr>
        <w:t>Roof Waterproofing</w:t>
      </w:r>
    </w:p>
    <w:p>
      <w:r>
        <w:t>Professional roof waterproofing solutions to protect exposed roofs from rainwater, moisture, seepage and recurring leakage.</w:t>
      </w:r>
    </w:p>
    <w:p>
      <w:r>
        <w:rPr>
          <w:b/>
          <w:sz w:val="22"/>
        </w:rPr>
        <w:t>Roof Leakage Treatment</w:t>
      </w:r>
    </w:p>
    <w:p>
      <w:r>
        <w:t>Inspection and treatment of roof cracks, joints and vulnerable areas to help stop recurring water leakage.</w:t>
      </w:r>
    </w:p>
    <w:p>
      <w:r>
        <w:rPr>
          <w:b/>
          <w:sz w:val="22"/>
        </w:rPr>
        <w:t>Bathroom Leakage Repair</w:t>
      </w:r>
    </w:p>
    <w:p>
      <w:r>
        <w:t>Bathroom leakage repair and waterproofing for cracks, joints, floors and other moisture-prone areas.</w:t>
      </w:r>
    </w:p>
    <w:p>
      <w:r>
        <w:rPr>
          <w:b/>
          <w:sz w:val="22"/>
        </w:rPr>
        <w:t>Basement Waterproofing</w:t>
      </w:r>
    </w:p>
    <w:p>
      <w:r>
        <w:t>Protection against groundwater, seepage and moisture penetration in residential, commercial and industrial basements.</w:t>
      </w:r>
    </w:p>
    <w:p>
      <w:r>
        <w:rPr>
          <w:b/>
          <w:sz w:val="22"/>
        </w:rPr>
        <w:t>Wall Seepage Treatment</w:t>
      </w:r>
    </w:p>
    <w:p>
      <w:r>
        <w:t>Treatment for damp patches, moisture penetration, peeling paint and recurring wall seepage.</w:t>
      </w:r>
    </w:p>
    <w:p>
      <w:r>
        <w:rPr>
          <w:b/>
          <w:sz w:val="22"/>
        </w:rPr>
        <w:t>Water Tank Leakage Treatment</w:t>
      </w:r>
    </w:p>
    <w:p>
      <w:r>
        <w:t>Repair and waterproofing treatment for cracks, joints and leakage in water tanks.</w:t>
      </w:r>
    </w:p>
    <w:p>
      <w:r>
        <w:rPr>
          <w:b/>
          <w:sz w:val="22"/>
        </w:rPr>
        <w:t>Roof Heat Proofing</w:t>
      </w:r>
    </w:p>
    <w:p>
      <w:r>
        <w:t>Heat-proofing solutions for RCC and other roofs to help reduce heat absorption and improve indoor comfort.</w:t>
      </w:r>
    </w:p>
    <w:p>
      <w:r>
        <w:rPr>
          <w:b/>
          <w:sz w:val="22"/>
        </w:rPr>
        <w:t>Wall Heat Proofing</w:t>
      </w:r>
    </w:p>
    <w:p>
      <w:r>
        <w:t>Exterior wall heat-proofing solutions designed to reduce heat transfer and improve indoor comfort.</w:t>
      </w:r>
    </w:p>
    <w:p>
      <w:pPr>
        <w:pStyle w:val="Heading1"/>
      </w:pPr>
      <w:r>
        <w:t>WHY CHOOSE SHAHEEN WATERPROOFING SERVICES</w:t>
      </w:r>
    </w:p>
    <w:p>
      <w:pPr>
        <w:pStyle w:val="ListBullet"/>
      </w:pPr>
      <w:r>
        <w:t>20+ years of experience in waterproofing and heat proofing</w:t>
      </w:r>
    </w:p>
    <w:p>
      <w:pPr>
        <w:pStyle w:val="ListBullet"/>
      </w:pPr>
      <w:r>
        <w:t>Quality waterproofing and heat-proofing chemical products</w:t>
      </w:r>
    </w:p>
    <w:p>
      <w:pPr>
        <w:pStyle w:val="ListBullet"/>
      </w:pPr>
      <w:r>
        <w:t>Professional and experienced service team</w:t>
      </w:r>
    </w:p>
    <w:p>
      <w:pPr>
        <w:pStyle w:val="ListBullet"/>
      </w:pPr>
      <w:r>
        <w:t>Residential, commercial and industrial solutions</w:t>
      </w:r>
    </w:p>
    <w:p>
      <w:pPr>
        <w:pStyle w:val="ListBullet"/>
      </w:pPr>
      <w:r>
        <w:t>Minimum 5-year warranty on offered services</w:t>
      </w:r>
    </w:p>
    <w:p>
      <w:pPr>
        <w:pStyle w:val="ListBullet"/>
      </w:pPr>
      <w:r>
        <w:t>Leakage, seepage, waterproofing and heat-proofing solutions under one roof</w:t>
      </w:r>
    </w:p>
    <w:p>
      <w:pPr>
        <w:pStyle w:val="ListBullet"/>
      </w:pPr>
      <w:r>
        <w:t>Service coverage across Pakistan</w:t>
      </w:r>
    </w:p>
    <w:p>
      <w:pPr>
        <w:pStyle w:val="Heading1"/>
      </w:pPr>
      <w:r>
        <w:t>OUR APPROACH</w:t>
      </w:r>
    </w:p>
    <w:p>
      <w:r>
        <w:t>We inspect the affected area, identify the likely source of leakage, seepage or heat transfer, and recommend a suitable treatment based on the property's condition. Our focus is on practical solutions, quality materials and professional workmanship.</w:t>
      </w:r>
    </w:p>
    <w:p>
      <w:pPr>
        <w:pStyle w:val="Heading1"/>
      </w:pPr>
      <w:r>
        <w:t>GET IN TOUCH</w:t>
      </w:r>
    </w:p>
    <w:p>
      <w:r>
        <w:t>Office: Office No# 45, Plot # SB Block 13-D2, Yahya Pride, Gulshan-e-Iqbal, Karachi, Pakistan</w:t>
      </w:r>
    </w:p>
    <w:p>
      <w:r>
        <w:t>Phone: 021-34963223 | 0300-2427281</w:t>
      </w:r>
    </w:p>
    <w:p>
      <w:r>
        <w:t>Technical Support: 0333-3596725</w:t>
      </w:r>
    </w:p>
    <w:p>
      <w:r>
        <w:t>Email: shaheenchemicalservices@gmail.com</w:t>
      </w:r>
    </w:p>
    <w:p>
      <w:r>
        <w:t>Website: shaheenwaterproofingservices.com</w:t>
      </w:r>
    </w:p>
    <w:p>
      <w:pPr>
        <w:jc w:val="center"/>
      </w:pPr>
      <w:r>
        <w:rPr>
          <w:b/>
        </w:rPr>
        <w:t>Reliable Protection for Your Property</w:t>
      </w:r>
    </w:p>
    <w:sectPr w:rsidR="00FC693F" w:rsidRPr="0006063C" w:rsidSect="00034616">
      <w:pgSz w:w="12240" w:h="15840"/>
      <w:pgMar w:top="792" w:right="936" w:bottom="792" w:left="936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